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של שם עצם בעזרת זה/זאת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צורות רבים נכונות ולזהות מילים מפתיעות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תואר, פועל ושם מספר לשם העצם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 או זאת - זיהוי 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אומרים זה שולחן, לכן זה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מילים נקבה שמסתיימות בים, כמו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דברים שיש מהם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שני מתאים לזכר, שתי מתאים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ההתאמה נקבעת לפי המין האמיתי, גם כשהסיומת מפתיעה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(רגליים)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(שולחנות)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השולחנות גדולים.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ספרים נמצאים על השולחן.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הילדים הלכו הביתה.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שבהם ההתאמה נעשית לפי המין האמיתי ולא לפי הסיומת, למשל: המילים הקשות היו מעניינות.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של שישה חפצים ברבים עם התאמה נכונה של שם תואר, למשל: כוסות שקופות, עטים כחולים.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גדולים, או כל תואר מתאים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המילים הקשות - מילה היא בנקבה, לכן התואר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בצורת זוגי כמו ידיים, רגליים, עיניים, אוזניים, נעליים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את כלל זה/זאת בעזרת חפצים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המפתיעות ולוודא הבנה שההתאמה נעשית לפי המין האמיתי.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מילים לתרגול מיון זכר/נקבה לפני המעבר לתרגול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מילים זכר ויש מילים נקבה. יש מילים ביחיד ויש מילים ברבים. נלמד לזהות ולהתאים מילים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 שאומרים עליה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של מילה שאומרים עליה זאת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אחת, לא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מיוחדת לדברים שבאים בזוג, כמו ידיים ועיניים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מפתיעה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שהסיומת שלה לא מתאימה למין האמיתי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תואר או פועל באותו מין ומספר של 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זה או זאת - זיהוי 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לשאלה על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בדרך כלל נראה רבים של מילה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בדרך כלל נראה רבים של מילה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זכר אבל נראית כמו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זוג, כמו שתי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שולחן היא 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ים מעידה תמיד על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הזוגי משמשת לדברים שבאים בזוגות כמו עיניים ונעליים.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המספר שני מתאים למילה בנקבה.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ההתאמה של תואר נקבעת לפי הסיומת של המילה ולא לפי המין האמיתי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חלון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ילדה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שולחן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יד ← __________ (צורת זוגי)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עין ← __________ (צורת זוגי)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שולחנות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תקנו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השולחנות גדולות.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שתיים ספרים נמצאים על השולחן.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הילדים הלכה הביתה.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מילים מפתיעות (למשל שולחנות, מילים) והתאימו נכון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בבית שלושה חפצים בזכר ושלושה בנקבה, כתבו אותם ברבים עם שם תואר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שני מילים קשים.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בצורת הזוגי.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